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663440" cy="1558062"/>
            <wp:docPr id="1" name="Picture 1" title="CNYCMS logo" descr="CNY Content Management Systems. Building Your Future, Today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NYCMS Logo New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15580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CNYCMS Project Inquiry</w:t>
      </w:r>
    </w:p>
    <w:p>
      <w:pPr>
        <w:jc w:val="center"/>
      </w:pPr>
      <w:r>
        <w:rPr>
          <w:b/>
          <w:color w:val="0E365E"/>
        </w:rPr>
        <w:t>Complete, save, and email to cnycms@gmail.com.</w:t>
      </w:r>
    </w:p>
    <w:p>
      <w:pPr>
        <w:pStyle w:val="Heading1"/>
      </w:pPr>
      <w:r>
        <w:t>1. Organization &amp; Contact</w:t>
      </w:r>
    </w:p>
    <w:p>
      <w:r>
        <w:rPr>
          <w:b/>
          <w:color w:val="0E365E"/>
        </w:rPr>
        <w:t>Contact name (required)</w:t>
      </w:r>
    </w:p>
    <w:p>
      <w:pPr>
        <w:ind w:left="173"/>
      </w:pPr>
      <w:sdt>
        <w:sdtPr>
          <w:tag w:val="CONTACT_NAME"/>
          <w:alias w:val="CONTACT_NAME"/>
          <w:text/>
        </w:sdtPr>
        <w:sdtContent>
          <w:r>
            <w:t>[Enter contact name]</w:t>
          </w:r>
        </w:sdtContent>
      </w:sdt>
    </w:p>
    <w:p>
      <w:r>
        <w:rPr>
          <w:b/>
          <w:color w:val="0E365E"/>
        </w:rPr>
        <w:t>Organization (required)</w:t>
      </w:r>
    </w:p>
    <w:p>
      <w:pPr>
        <w:ind w:left="173"/>
      </w:pPr>
      <w:sdt>
        <w:sdtPr>
          <w:tag w:val="ORGANIZATION"/>
          <w:alias w:val="ORGANIZATION"/>
          <w:text/>
        </w:sdtPr>
        <w:sdtContent>
          <w:r>
            <w:t>[Enter organization]</w:t>
          </w:r>
        </w:sdtContent>
      </w:sdt>
    </w:p>
    <w:p>
      <w:r>
        <w:rPr>
          <w:b/>
          <w:color w:val="0E365E"/>
        </w:rPr>
        <w:t>Title / role</w:t>
      </w:r>
    </w:p>
    <w:p>
      <w:pPr>
        <w:ind w:left="173"/>
      </w:pPr>
      <w:sdt>
        <w:sdtPr>
          <w:tag w:val="TITLE"/>
          <w:alias w:val="TITLE"/>
          <w:text/>
        </w:sdtPr>
        <w:sdtContent>
          <w:r>
            <w:t>[Enter title or role]</w:t>
          </w:r>
        </w:sdtContent>
      </w:sdt>
    </w:p>
    <w:p>
      <w:r>
        <w:rPr>
          <w:b/>
          <w:color w:val="0E365E"/>
        </w:rPr>
        <w:t>Email (required)</w:t>
      </w:r>
    </w:p>
    <w:p>
      <w:pPr>
        <w:ind w:left="173"/>
      </w:pPr>
      <w:sdt>
        <w:sdtPr>
          <w:tag w:val="EMAIL"/>
          <w:alias w:val="EMAIL"/>
          <w:text/>
        </w:sdtPr>
        <w:sdtContent>
          <w:r>
            <w:t>[Enter email]</w:t>
          </w:r>
        </w:sdtContent>
      </w:sdt>
    </w:p>
    <w:p>
      <w:r>
        <w:rPr>
          <w:b/>
          <w:color w:val="0E365E"/>
        </w:rPr>
        <w:t>Phone</w:t>
      </w:r>
    </w:p>
    <w:p>
      <w:pPr>
        <w:ind w:left="173"/>
      </w:pPr>
      <w:sdt>
        <w:sdtPr>
          <w:tag w:val="PHONE"/>
          <w:alias w:val="PHONE"/>
          <w:text/>
        </w:sdtPr>
        <w:sdtContent>
          <w:r>
            <w:t>[Enter phone]</w:t>
          </w:r>
        </w:sdtContent>
      </w:sdt>
    </w:p>
    <w:p>
      <w:r>
        <w:rPr>
          <w:b/>
          <w:color w:val="0E365E"/>
        </w:rPr>
        <w:t>Organization website</w:t>
      </w:r>
    </w:p>
    <w:p>
      <w:pPr>
        <w:ind w:left="173"/>
      </w:pPr>
      <w:sdt>
        <w:sdtPr>
          <w:tag w:val="WEBSITE"/>
          <w:alias w:val="WEBSITE"/>
          <w:text/>
        </w:sdtPr>
        <w:sdtContent>
          <w:r>
            <w:t>[Enter website]</w:t>
          </w:r>
        </w:sdtContent>
      </w:sdt>
    </w:p>
    <w:p>
      <w:r>
        <w:rPr>
          <w:b/>
          <w:color w:val="0E365E"/>
        </w:rPr>
        <w:t>Project location</w:t>
      </w:r>
    </w:p>
    <w:p>
      <w:pPr>
        <w:ind w:left="173"/>
      </w:pPr>
      <w:sdt>
        <w:sdtPr>
          <w:tag w:val="LOCATION"/>
          <w:alias w:val="LOCATION"/>
          <w:text/>
        </w:sdtPr>
        <w:sdtContent>
          <w:r>
            <w:t>[Enter location]</w:t>
          </w:r>
        </w:sdtContent>
      </w:sdt>
    </w:p>
    <w:p>
      <w:pPr>
        <w:pStyle w:val="Heading1"/>
      </w:pPr>
      <w:r>
        <w:t>2. Project Information</w:t>
      </w:r>
    </w:p>
    <w:p>
      <w:r>
        <w:rPr>
          <w:b/>
          <w:color w:val="0E365E"/>
        </w:rPr>
        <w:t>Project name</w:t>
      </w:r>
    </w:p>
    <w:p>
      <w:pPr>
        <w:ind w:left="173"/>
      </w:pPr>
      <w:sdt>
        <w:sdtPr>
          <w:tag w:val="PROJECT_NAME"/>
          <w:alias w:val="PROJECT_NAME"/>
          <w:text/>
        </w:sdtPr>
        <w:sdtContent>
          <w:r>
            <w:t>[Enter project name]</w:t>
          </w:r>
        </w:sdtContent>
      </w:sdt>
    </w:p>
    <w:p>
      <w:r>
        <w:rPr>
          <w:b/>
          <w:color w:val="0E365E"/>
        </w:rPr>
        <w:t>Project type / purpose (required)</w:t>
      </w:r>
    </w:p>
    <w:p>
      <w:pPr>
        <w:ind w:left="173"/>
      </w:pPr>
      <w:sdt>
        <w:sdtPr>
          <w:tag w:val="PROJECT_TYPE"/>
          <w:alias w:val="PROJECT_TYPE"/>
          <w:text/>
        </w:sdtPr>
        <w:sdtContent>
          <w:r>
            <w:t>[Describe project type or purpose]</w:t>
          </w:r>
        </w:sdtContent>
      </w:sdt>
    </w:p>
    <w:p>
      <w:r>
        <w:rPr>
          <w:b/>
          <w:color w:val="0E365E"/>
        </w:rPr>
        <w:t>Project description (required)</w:t>
      </w:r>
      <w:r>
        <w:rPr>
          <w:i/>
        </w:rPr>
        <w:t xml:space="preserve">  Describe what you are planning, improving, purchasing, or building.</w:t>
      </w:r>
    </w:p>
    <w:p>
      <w:pPr>
        <w:ind w:left="173"/>
      </w:pPr>
      <w:sdt>
        <w:sdtPr>
          <w:tag w:val="PROJECT_DESCRIPTION"/>
          <w:alias w:val="PROJECT_DESCRIPTION"/>
          <w:text/>
        </w:sdtPr>
        <w:sdtContent>
          <w:r>
            <w:t>[Describe the project]</w:t>
          </w:r>
        </w:sdtContent>
      </w:sdt>
    </w:p>
    <w:p>
      <w:r>
        <w:rPr>
          <w:b/>
          <w:color w:val="0E365E"/>
        </w:rPr>
        <w:t>Products or services you need help sourcing</w:t>
      </w:r>
    </w:p>
    <w:p>
      <w:pPr>
        <w:ind w:left="173"/>
      </w:pPr>
      <w:sdt>
        <w:sdtPr>
          <w:tag w:val="SOURCING_NEEDS"/>
          <w:alias w:val="SOURCING_NEEDS"/>
          <w:text/>
        </w:sdtPr>
        <w:sdtContent>
          <w:r>
            <w:t>[Describe products or services needed]</w:t>
          </w:r>
        </w:sdtContent>
      </w:sdt>
    </w:p>
    <w:p>
      <w:r>
        <w:rPr>
          <w:b/>
          <w:color w:val="0E365E"/>
        </w:rPr>
        <w:t>Approximate project budget or range</w:t>
      </w:r>
    </w:p>
    <w:p>
      <w:pPr>
        <w:ind w:left="173"/>
      </w:pPr>
      <w:sdt>
        <w:sdtPr>
          <w:tag w:val="PROJECT_BUDGET"/>
          <w:alias w:val="PROJECT_BUDGET"/>
          <w:text/>
        </w:sdtPr>
        <w:sdtContent>
          <w:r>
            <w:t>[Enter budget or range]</w:t>
          </w:r>
        </w:sdtContent>
      </w:sdt>
    </w:p>
    <w:p>
      <w:r>
        <w:rPr>
          <w:b/>
          <w:color w:val="0E365E"/>
        </w:rPr>
        <w:t>Desired timeline</w:t>
      </w:r>
    </w:p>
    <w:p>
      <w:pPr>
        <w:ind w:left="173"/>
      </w:pPr>
      <w:sdt>
        <w:sdtPr>
          <w:tag w:val="TIMELINE"/>
          <w:alias w:val="TIMELINE"/>
          <w:text/>
        </w:sdtPr>
        <w:sdtContent>
          <w:r>
            <w:t>[Enter desired timeline]</w:t>
          </w:r>
        </w:sdtContent>
      </w:sdt>
    </w:p>
    <w:p>
      <w:pPr>
        <w:pStyle w:val="Heading1"/>
      </w:pPr>
      <w:r>
        <w:t>3. Funding &amp; Project Status</w:t>
      </w:r>
    </w:p>
    <w:p>
      <w:r>
        <w:rPr>
          <w:b/>
          <w:color w:val="0E365E"/>
        </w:rPr>
        <w:t>Funding status (choose or describe the closest fit):</w:t>
      </w:r>
    </w:p>
    <w:p>
      <w:pPr>
        <w:pStyle w:val="ListBullet"/>
      </w:pPr>
      <w:r>
        <w:t>Funding awarded</w:t>
      </w:r>
    </w:p>
    <w:p>
      <w:pPr>
        <w:pStyle w:val="ListBullet"/>
      </w:pPr>
      <w:r>
        <w:t>Application submitted</w:t>
      </w:r>
    </w:p>
    <w:p>
      <w:pPr>
        <w:pStyle w:val="ListBullet"/>
      </w:pPr>
      <w:r>
        <w:t>Preparing an application</w:t>
      </w:r>
    </w:p>
    <w:p>
      <w:pPr>
        <w:pStyle w:val="ListBullet"/>
      </w:pPr>
      <w:r>
        <w:t>Budgeted locally</w:t>
      </w:r>
    </w:p>
    <w:p>
      <w:pPr>
        <w:pStyle w:val="ListBullet"/>
      </w:pPr>
      <w:r>
        <w:t>Funding source not yet identified</w:t>
      </w:r>
    </w:p>
    <w:p>
      <w:pPr>
        <w:pStyle w:val="ListBullet"/>
      </w:pPr>
      <w:r>
        <w:t>Other / not sure</w:t>
      </w:r>
    </w:p>
    <w:p>
      <w:r>
        <w:rPr>
          <w:b/>
          <w:color w:val="0E365E"/>
        </w:rPr>
        <w:t>Funding source / program</w:t>
      </w:r>
    </w:p>
    <w:p>
      <w:pPr>
        <w:ind w:left="173"/>
      </w:pPr>
      <w:sdt>
        <w:sdtPr>
          <w:tag w:val="FUNDING_SOURCE"/>
          <w:alias w:val="FUNDING_SOURCE"/>
          <w:text/>
        </w:sdtPr>
        <w:sdtContent>
          <w:r>
            <w:t>[Enter funding source or program]</w:t>
          </w:r>
        </w:sdtContent>
      </w:sdt>
    </w:p>
    <w:p>
      <w:r>
        <w:rPr>
          <w:b/>
          <w:color w:val="0E365E"/>
        </w:rPr>
        <w:t>Funding amount, if known</w:t>
      </w:r>
    </w:p>
    <w:p>
      <w:pPr>
        <w:ind w:left="173"/>
      </w:pPr>
      <w:sdt>
        <w:sdtPr>
          <w:tag w:val="FUNDING_AMOUNT"/>
          <w:alias w:val="FUNDING_AMOUNT"/>
          <w:text/>
        </w:sdtPr>
        <w:sdtContent>
          <w:r>
            <w:t>[Enter funding amount]</w:t>
          </w:r>
        </w:sdtContent>
      </w:sdt>
    </w:p>
    <w:p>
      <w:r>
        <w:rPr>
          <w:b/>
          <w:color w:val="0E365E"/>
        </w:rPr>
        <w:t>Current project stage</w:t>
      </w:r>
      <w:r>
        <w:rPr>
          <w:i/>
        </w:rPr>
        <w:t xml:space="preserve">  Concept, planning, design, engineering, procurement, bidding, construction, etc.</w:t>
      </w:r>
    </w:p>
    <w:p>
      <w:pPr>
        <w:ind w:left="173"/>
      </w:pPr>
      <w:sdt>
        <w:sdtPr>
          <w:tag w:val="PROJECT_STAGE"/>
          <w:alias w:val="PROJECT_STAGE"/>
          <w:text/>
        </w:sdtPr>
        <w:sdtContent>
          <w:r>
            <w:t>[Describe current project stage]</w:t>
          </w:r>
        </w:sdtContent>
      </w:sdt>
    </w:p>
    <w:p>
      <w:pPr>
        <w:pStyle w:val="Heading1"/>
      </w:pPr>
      <w:r>
        <w:t>4. Procurement &amp; Requirements</w:t>
      </w:r>
    </w:p>
    <w:p>
      <w:r>
        <w:rPr>
          <w:b/>
          <w:color w:val="0E365E"/>
        </w:rPr>
        <w:t>Known purchasing / procurement requirements</w:t>
      </w:r>
    </w:p>
    <w:p>
      <w:pPr>
        <w:ind w:left="173"/>
      </w:pPr>
      <w:sdt>
        <w:sdtPr>
          <w:tag w:val="PROCUREMENT_REQUIREMENTS"/>
          <w:alias w:val="PROCUREMENT_REQUIREMENTS"/>
          <w:text/>
        </w:sdtPr>
        <w:sdtContent>
          <w:r>
            <w:t>[Describe procurement requirements]</w:t>
          </w:r>
        </w:sdtContent>
      </w:sdt>
    </w:p>
    <w:p>
      <w:r>
        <w:rPr>
          <w:b/>
          <w:color w:val="0E365E"/>
        </w:rPr>
        <w:t>Required certifications, standards, or specifications</w:t>
      </w:r>
    </w:p>
    <w:p>
      <w:pPr>
        <w:ind w:left="173"/>
      </w:pPr>
      <w:sdt>
        <w:sdtPr>
          <w:tag w:val="REQUIREMENTS"/>
          <w:alias w:val="REQUIREMENTS"/>
          <w:text/>
        </w:sdtPr>
        <w:sdtContent>
          <w:r>
            <w:t>[List required certifications, standards, or specifications]</w:t>
          </w:r>
        </w:sdtContent>
      </w:sdt>
    </w:p>
    <w:p>
      <w:r>
        <w:rPr>
          <w:b/>
          <w:color w:val="0E365E"/>
        </w:rPr>
        <w:t>Additional notes</w:t>
      </w:r>
    </w:p>
    <w:p>
      <w:pPr>
        <w:ind w:left="173"/>
      </w:pPr>
      <w:sdt>
        <w:sdtPr>
          <w:tag w:val="ADDITIONAL_NOTES"/>
          <w:alias w:val="ADDITIONAL_NOTES"/>
          <w:text/>
        </w:sdtPr>
        <w:sdtContent>
          <w:r>
            <w:t>[Enter additional notes]</w:t>
          </w:r>
        </w:sdtContent>
      </w:sdt>
    </w:p>
    <w:p>
      <w:r>
        <w:rPr>
          <w:b/>
          <w:color w:val="0E365E"/>
        </w:rPr>
        <w:t xml:space="preserve">CNYCMS connection note: </w:t>
      </w:r>
      <w:r>
        <w:t>CNYCMS researches and connects potential project matches. Contract awards and purchasing decisions remain with the project owner and the applicable procurement process.</w:t>
      </w:r>
    </w:p>
    <w:sectPr w:rsidR="00FC693F" w:rsidRPr="0006063C" w:rsidSect="00034616">
      <w:footerReference w:type="default" r:id="rId10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86369"/>
        <w:sz w:val="15"/>
      </w:rPr>
      <w:t>CNYCMS | Building Your Future, Today | Accessible Word version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A353C"/>
      <w:sz w:val="19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E365E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E365E"/>
      <w:spacing w:val="5"/>
      <w:kern w:val="28"/>
      <w:sz w:val="40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CNYCMS Project Inquiry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