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663440" cy="1558062"/>
            <wp:docPr id="1" name="Picture 1" title="CNYCMS logo" descr="CNY Content Management Systems. Building Your Future, Today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NYCMS Logo New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15580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CNYCMS Partner Profile</w:t>
      </w:r>
    </w:p>
    <w:p>
      <w:pPr>
        <w:jc w:val="center"/>
      </w:pPr>
      <w:r>
        <w:rPr>
          <w:b/>
          <w:color w:val="0E365E"/>
        </w:rPr>
        <w:t>Complete, save, and email to cnycms@gmail.com.</w:t>
      </w:r>
    </w:p>
    <w:p>
      <w:pPr>
        <w:pStyle w:val="Heading1"/>
      </w:pPr>
      <w:r>
        <w:t>1. Company &amp; Contact</w:t>
      </w:r>
    </w:p>
    <w:p>
      <w:r>
        <w:rPr>
          <w:b/>
          <w:color w:val="0E365E"/>
        </w:rPr>
        <w:t>Contact name (required)</w:t>
      </w:r>
    </w:p>
    <w:p>
      <w:pPr>
        <w:ind w:left="173"/>
      </w:pPr>
      <w:sdt>
        <w:sdtPr>
          <w:tag w:val="CONTACT_NAME"/>
          <w:alias w:val="CONTACT_NAME"/>
          <w:text/>
        </w:sdtPr>
        <w:sdtContent>
          <w:r>
            <w:t>[Enter contact name]</w:t>
          </w:r>
        </w:sdtContent>
      </w:sdt>
    </w:p>
    <w:p>
      <w:r>
        <w:rPr>
          <w:b/>
          <w:color w:val="0E365E"/>
        </w:rPr>
        <w:t>Company (required)</w:t>
      </w:r>
    </w:p>
    <w:p>
      <w:pPr>
        <w:ind w:left="173"/>
      </w:pPr>
      <w:sdt>
        <w:sdtPr>
          <w:tag w:val="COMPANY"/>
          <w:alias w:val="COMPANY"/>
          <w:text/>
        </w:sdtPr>
        <w:sdtContent>
          <w:r>
            <w:t>[Enter company]</w:t>
          </w:r>
        </w:sdtContent>
      </w:sdt>
    </w:p>
    <w:p>
      <w:r>
        <w:rPr>
          <w:b/>
          <w:color w:val="0E365E"/>
        </w:rPr>
        <w:t>Title / role</w:t>
      </w:r>
    </w:p>
    <w:p>
      <w:pPr>
        <w:ind w:left="173"/>
      </w:pPr>
      <w:sdt>
        <w:sdtPr>
          <w:tag w:val="TITLE"/>
          <w:alias w:val="TITLE"/>
          <w:text/>
        </w:sdtPr>
        <w:sdtContent>
          <w:r>
            <w:t>[Enter title or role]</w:t>
          </w:r>
        </w:sdtContent>
      </w:sdt>
    </w:p>
    <w:p>
      <w:r>
        <w:rPr>
          <w:b/>
          <w:color w:val="0E365E"/>
        </w:rPr>
        <w:t>Email (required)</w:t>
      </w:r>
    </w:p>
    <w:p>
      <w:pPr>
        <w:ind w:left="173"/>
      </w:pPr>
      <w:sdt>
        <w:sdtPr>
          <w:tag w:val="EMAIL"/>
          <w:alias w:val="EMAIL"/>
          <w:text/>
        </w:sdtPr>
        <w:sdtContent>
          <w:r>
            <w:t>[Enter email]</w:t>
          </w:r>
        </w:sdtContent>
      </w:sdt>
    </w:p>
    <w:p>
      <w:r>
        <w:rPr>
          <w:b/>
          <w:color w:val="0E365E"/>
        </w:rPr>
        <w:t>Phone</w:t>
      </w:r>
    </w:p>
    <w:p>
      <w:pPr>
        <w:ind w:left="173"/>
      </w:pPr>
      <w:sdt>
        <w:sdtPr>
          <w:tag w:val="PHONE"/>
          <w:alias w:val="PHONE"/>
          <w:text/>
        </w:sdtPr>
        <w:sdtContent>
          <w:r>
            <w:t>[Enter phone]</w:t>
          </w:r>
        </w:sdtContent>
      </w:sdt>
    </w:p>
    <w:p>
      <w:r>
        <w:rPr>
          <w:b/>
          <w:color w:val="0E365E"/>
        </w:rPr>
        <w:t>Company website</w:t>
      </w:r>
    </w:p>
    <w:p>
      <w:pPr>
        <w:ind w:left="173"/>
      </w:pPr>
      <w:sdt>
        <w:sdtPr>
          <w:tag w:val="WEBSITE"/>
          <w:alias w:val="WEBSITE"/>
          <w:text/>
        </w:sdtPr>
        <w:sdtContent>
          <w:r>
            <w:t>[Enter website]</w:t>
          </w:r>
        </w:sdtContent>
      </w:sdt>
    </w:p>
    <w:p>
      <w:r>
        <w:rPr>
          <w:b/>
          <w:color w:val="0E365E"/>
        </w:rPr>
        <w:t>Headquarters / primary location</w:t>
      </w:r>
    </w:p>
    <w:p>
      <w:pPr>
        <w:ind w:left="173"/>
      </w:pPr>
      <w:sdt>
        <w:sdtPr>
          <w:tag w:val="LOCATION"/>
          <w:alias w:val="LOCATION"/>
          <w:text/>
        </w:sdtPr>
        <w:sdtContent>
          <w:r>
            <w:t>[Enter location]</w:t>
          </w:r>
        </w:sdtContent>
      </w:sdt>
    </w:p>
    <w:p>
      <w:pPr>
        <w:pStyle w:val="Heading1"/>
      </w:pPr>
      <w:r>
        <w:t>2. Capabilities</w:t>
      </w:r>
    </w:p>
    <w:p>
      <w:r>
        <w:rPr>
          <w:b/>
          <w:color w:val="0E365E"/>
        </w:rPr>
        <w:t>Products or services provided (required)</w:t>
      </w:r>
    </w:p>
    <w:p>
      <w:pPr>
        <w:ind w:left="173"/>
      </w:pPr>
      <w:sdt>
        <w:sdtPr>
          <w:tag w:val="PRODUCTS_SERVICES"/>
          <w:alias w:val="PRODUCTS_SERVICES"/>
          <w:text/>
        </w:sdtPr>
        <w:sdtContent>
          <w:r>
            <w:t>[Describe products or services]</w:t>
          </w:r>
        </w:sdtContent>
      </w:sdt>
    </w:p>
    <w:p>
      <w:r>
        <w:rPr>
          <w:b/>
          <w:color w:val="0E365E"/>
        </w:rPr>
        <w:t>Typical project types</w:t>
      </w:r>
    </w:p>
    <w:p>
      <w:pPr>
        <w:ind w:left="173"/>
      </w:pPr>
      <w:sdt>
        <w:sdtPr>
          <w:tag w:val="PROJECT_TYPES"/>
          <w:alias w:val="PROJECT_TYPES"/>
          <w:text/>
        </w:sdtPr>
        <w:sdtContent>
          <w:r>
            <w:t>[Describe typical project types]</w:t>
          </w:r>
        </w:sdtContent>
      </w:sdt>
    </w:p>
    <w:p>
      <w:r>
        <w:rPr>
          <w:b/>
          <w:color w:val="0E365E"/>
        </w:rPr>
        <w:t>Typical project size / value range</w:t>
      </w:r>
    </w:p>
    <w:p>
      <w:pPr>
        <w:ind w:left="173"/>
      </w:pPr>
      <w:sdt>
        <w:sdtPr>
          <w:tag w:val="PROJECT_RANGE"/>
          <w:alias w:val="PROJECT_RANGE"/>
          <w:text/>
        </w:sdtPr>
        <w:sdtContent>
          <w:r>
            <w:t>[Enter typical project size or value range]</w:t>
          </w:r>
        </w:sdtContent>
      </w:sdt>
    </w:p>
    <w:p>
      <w:r>
        <w:rPr>
          <w:b/>
          <w:color w:val="0E365E"/>
        </w:rPr>
        <w:t>Geographic service area (required)</w:t>
      </w:r>
    </w:p>
    <w:p>
      <w:pPr>
        <w:ind w:left="173"/>
      </w:pPr>
      <w:sdt>
        <w:sdtPr>
          <w:tag w:val="SERVICE_AREA"/>
          <w:alias w:val="SERVICE_AREA"/>
          <w:text/>
        </w:sdtPr>
        <w:sdtContent>
          <w:r>
            <w:t>[Describe geographic service area]</w:t>
          </w:r>
        </w:sdtContent>
      </w:sdt>
    </w:p>
    <w:p>
      <w:r>
        <w:rPr>
          <w:b/>
          <w:color w:val="0E365E"/>
        </w:rPr>
        <w:t>Industries / customer types served</w:t>
      </w:r>
    </w:p>
    <w:p>
      <w:pPr>
        <w:ind w:left="173"/>
      </w:pPr>
      <w:sdt>
        <w:sdtPr>
          <w:tag w:val="INDUSTRIES"/>
          <w:alias w:val="INDUSTRIES"/>
          <w:text/>
        </w:sdtPr>
        <w:sdtContent>
          <w:r>
            <w:t>[List industries or customer types]</w:t>
          </w:r>
        </w:sdtContent>
      </w:sdt>
    </w:p>
    <w:p>
      <w:r>
        <w:rPr>
          <w:b/>
          <w:color w:val="0E365E"/>
        </w:rPr>
        <w:t>Public-sector / municipal experience</w:t>
      </w:r>
    </w:p>
    <w:p>
      <w:pPr>
        <w:ind w:left="173"/>
      </w:pPr>
      <w:sdt>
        <w:sdtPr>
          <w:tag w:val="PUBLIC_SECTOR_EXPERIENCE"/>
          <w:alias w:val="PUBLIC_SECTOR_EXPERIENCE"/>
          <w:text/>
        </w:sdtPr>
        <w:sdtContent>
          <w:r>
            <w:t>[Describe public-sector or municipal experience]</w:t>
          </w:r>
        </w:sdtContent>
      </w:sdt>
    </w:p>
    <w:p>
      <w:pPr>
        <w:pStyle w:val="Heading1"/>
      </w:pPr>
      <w:r>
        <w:t>3. Project Fit</w:t>
      </w:r>
    </w:p>
    <w:p>
      <w:r>
        <w:rPr>
          <w:b/>
          <w:color w:val="0E365E"/>
        </w:rPr>
        <w:t>Project categories that fit your company:</w:t>
      </w:r>
    </w:p>
    <w:p>
      <w:pPr>
        <w:pStyle w:val="ListBullet"/>
      </w:pPr>
      <w:r>
        <w:t>Downtown / Main Street</w:t>
      </w:r>
    </w:p>
    <w:p>
      <w:pPr>
        <w:pStyle w:val="ListBullet"/>
      </w:pPr>
      <w:r>
        <w:t>Streetscape / public realm</w:t>
      </w:r>
    </w:p>
    <w:p>
      <w:pPr>
        <w:pStyle w:val="ListBullet"/>
      </w:pPr>
      <w:r>
        <w:t>Parks / recreation</w:t>
      </w:r>
    </w:p>
    <w:p>
      <w:pPr>
        <w:pStyle w:val="ListBullet"/>
      </w:pPr>
      <w:r>
        <w:t>Historic preservation</w:t>
      </w:r>
    </w:p>
    <w:p>
      <w:pPr>
        <w:pStyle w:val="ListBullet"/>
      </w:pPr>
      <w:r>
        <w:t>Accessibility</w:t>
      </w:r>
    </w:p>
    <w:p>
      <w:pPr>
        <w:pStyle w:val="ListBullet"/>
      </w:pPr>
      <w:r>
        <w:t>Tourism / placemaking</w:t>
      </w:r>
    </w:p>
    <w:p>
      <w:pPr>
        <w:pStyle w:val="ListBullet"/>
      </w:pPr>
      <w:r>
        <w:t>Municipal technology</w:t>
      </w:r>
    </w:p>
    <w:p>
      <w:pPr>
        <w:pStyle w:val="ListBullet"/>
      </w:pPr>
      <w:r>
        <w:t>Infrastructure / public-facing improvements</w:t>
      </w:r>
    </w:p>
    <w:p>
      <w:pPr>
        <w:pStyle w:val="ListBullet"/>
      </w:pPr>
      <w:r>
        <w:t>Commercial / small-business projects</w:t>
      </w:r>
    </w:p>
    <w:p>
      <w:pPr>
        <w:pStyle w:val="ListBullet"/>
      </w:pPr>
      <w:r>
        <w:t>Other</w:t>
      </w:r>
    </w:p>
    <w:p>
      <w:r>
        <w:rPr>
          <w:b/>
          <w:color w:val="0E365E"/>
        </w:rPr>
        <w:t>Key differentiators / qualifications</w:t>
      </w:r>
    </w:p>
    <w:p>
      <w:pPr>
        <w:ind w:left="173"/>
      </w:pPr>
      <w:sdt>
        <w:sdtPr>
          <w:tag w:val="DIFFERENTIATORS"/>
          <w:alias w:val="DIFFERENTIATORS"/>
          <w:text/>
        </w:sdtPr>
        <w:sdtContent>
          <w:r>
            <w:t>[Describe key differentiators or qualifications]</w:t>
          </w:r>
        </w:sdtContent>
      </w:sdt>
    </w:p>
    <w:p>
      <w:r>
        <w:rPr>
          <w:b/>
          <w:color w:val="0E365E"/>
        </w:rPr>
        <w:t>Certifications / licenses / cooperative purchasing contracts</w:t>
      </w:r>
    </w:p>
    <w:p>
      <w:pPr>
        <w:ind w:left="173"/>
      </w:pPr>
      <w:sdt>
        <w:sdtPr>
          <w:tag w:val="CERTIFICATIONS"/>
          <w:alias w:val="CERTIFICATIONS"/>
          <w:text/>
        </w:sdtPr>
        <w:sdtContent>
          <w:r>
            <w:t>[List certifications, licenses, or purchasing contracts]</w:t>
          </w:r>
        </w:sdtContent>
      </w:sdt>
    </w:p>
    <w:p>
      <w:r>
        <w:rPr>
          <w:b/>
          <w:color w:val="0E365E"/>
        </w:rPr>
        <w:t>Lead times / scheduling notes</w:t>
      </w:r>
    </w:p>
    <w:p>
      <w:pPr>
        <w:ind w:left="173"/>
      </w:pPr>
      <w:sdt>
        <w:sdtPr>
          <w:tag w:val="LEAD_TIMES"/>
          <w:alias w:val="LEAD_TIMES"/>
          <w:text/>
        </w:sdtPr>
        <w:sdtContent>
          <w:r>
            <w:t>[Describe lead times or scheduling notes]</w:t>
          </w:r>
        </w:sdtContent>
      </w:sdt>
    </w:p>
    <w:p>
      <w:pPr>
        <w:pStyle w:val="Heading1"/>
      </w:pPr>
      <w:r>
        <w:t>4. Partnership Information</w:t>
      </w:r>
    </w:p>
    <w:p>
      <w:r>
        <w:rPr>
          <w:b/>
          <w:color w:val="0E365E"/>
        </w:rPr>
        <w:t>Preferred contact for project opportunities</w:t>
      </w:r>
    </w:p>
    <w:p>
      <w:pPr>
        <w:ind w:left="173"/>
      </w:pPr>
      <w:sdt>
        <w:sdtPr>
          <w:tag w:val="OPPORTUNITY_CONTACT"/>
          <w:alias w:val="OPPORTUNITY_CONTACT"/>
          <w:text/>
        </w:sdtPr>
        <w:sdtContent>
          <w:r>
            <w:t>[Enter preferred opportunity contact]</w:t>
          </w:r>
        </w:sdtContent>
      </w:sdt>
    </w:p>
    <w:p>
      <w:r>
        <w:rPr>
          <w:b/>
          <w:color w:val="0E365E"/>
        </w:rPr>
        <w:t>Referral, dealer, reseller, or commission arrangements, if applicable</w:t>
      </w:r>
    </w:p>
    <w:p>
      <w:pPr>
        <w:ind w:left="173"/>
      </w:pPr>
      <w:sdt>
        <w:sdtPr>
          <w:tag w:val="PARTNER_TERMS"/>
          <w:alias w:val="PARTNER_TERMS"/>
          <w:text/>
        </w:sdtPr>
        <w:sdtContent>
          <w:r>
            <w:t>[Describe referral, dealer, reseller, or commission arrangements]</w:t>
          </w:r>
        </w:sdtContent>
      </w:sdt>
    </w:p>
    <w:p>
      <w:r>
        <w:rPr>
          <w:b/>
          <w:color w:val="0E365E"/>
        </w:rPr>
        <w:t>Additional notes</w:t>
      </w:r>
    </w:p>
    <w:p>
      <w:pPr>
        <w:ind w:left="173"/>
      </w:pPr>
      <w:sdt>
        <w:sdtPr>
          <w:tag w:val="ADDITIONAL_NOTES"/>
          <w:alias w:val="ADDITIONAL_NOTES"/>
          <w:text/>
        </w:sdtPr>
        <w:sdtContent>
          <w:r>
            <w:t>[Enter additional notes]</w:t>
          </w:r>
        </w:sdtContent>
      </w:sdt>
    </w:p>
    <w:p>
      <w:r>
        <w:rPr>
          <w:b/>
          <w:color w:val="0E365E"/>
        </w:rPr>
        <w:t xml:space="preserve">CNYCMS connection note: </w:t>
      </w:r>
      <w:r>
        <w:t>CNYCMS researches and connects potential project matches. Contract awards and purchasing decisions remain with the project owner and the applicable procurement process.</w:t>
      </w:r>
    </w:p>
    <w:sectPr w:rsidR="00FC693F" w:rsidRPr="0006063C" w:rsidSect="00034616">
      <w:footerReference w:type="default" r:id="rId10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86369"/>
        <w:sz w:val="15"/>
      </w:rPr>
      <w:t>CNYCMS | Building Your Future, Today | Accessible Word version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A353C"/>
      <w:sz w:val="19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E365E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E365E"/>
      <w:spacing w:val="5"/>
      <w:kern w:val="28"/>
      <w:sz w:val="40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CNYCMS Partner Profile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